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sz w:val="32"/>
        </w:rPr>
        <w:t>🎓 Course: AI Kids Poem &amp; Animation Creation</w:t>
      </w:r>
    </w:p>
    <w:p>
      <w:r/>
    </w:p>
    <w:p>
      <w:r>
        <w:rPr>
          <w:b/>
          <w:sz w:val="26"/>
        </w:rPr>
        <w:t>Module 1 — Kids Poem &amp; Story Writing</w:t>
      </w:r>
    </w:p>
    <w:p>
      <w:r/>
    </w:p>
    <w:p>
      <w:r>
        <w:t xml:space="preserve">-  Kids ke liye short poem kaise likhein </w:t>
      </w:r>
    </w:p>
    <w:p>
      <w:r>
        <w:t xml:space="preserve">-  15 sec, 30 sec aur 1–2 minute ki poem </w:t>
      </w:r>
    </w:p>
    <w:p>
      <w:r>
        <w:t xml:space="preserve">-  Repetition aur rhyming words ka use </w:t>
      </w:r>
    </w:p>
    <w:p>
      <w:r>
        <w:t xml:space="preserve">-  Kids-friendly characters aur situations </w:t>
      </w:r>
    </w:p>
    <w:p>
      <w:r>
        <w:t xml:space="preserve">-  Poem ko scene-by-scene story mein convert karna </w:t>
      </w:r>
    </w:p>
    <w:p>
      <w:r>
        <w:t xml:space="preserve">-  Voice-over ke liye lyrics/script ready karna </w:t>
      </w:r>
    </w:p>
    <w:p>
      <w:r/>
    </w:p>
    <w:p>
      <w:r>
        <w:rPr>
          <w:b/>
          <w:sz w:val="26"/>
        </w:rPr>
        <w:t>Module 2 — AI Character Creation</w:t>
      </w:r>
    </w:p>
    <w:p>
      <w:r/>
    </w:p>
    <w:p>
      <w:r>
        <w:t xml:space="preserve">-  Consistent character kaise design karein </w:t>
      </w:r>
    </w:p>
    <w:p>
      <w:r>
        <w:t xml:space="preserve">-  Same face, clothes, hairstyle maintain karna </w:t>
      </w:r>
    </w:p>
    <w:p>
      <w:r>
        <w:t xml:space="preserve">-  Kids, animals, parents aur cartoon characters banana </w:t>
      </w:r>
    </w:p>
    <w:p>
      <w:r>
        <w:t xml:space="preserve">-  Character reference image ka use </w:t>
      </w:r>
    </w:p>
    <w:p>
      <w:r>
        <w:t xml:space="preserve">-  3D cartoon / animated movie style </w:t>
      </w:r>
    </w:p>
    <w:p>
      <w:r>
        <w:t xml:space="preserve">-  9:16, 16:9 formats </w:t>
      </w:r>
    </w:p>
    <w:p>
      <w:r/>
    </w:p>
    <w:p>
      <w:r>
        <w:rPr>
          <w:b/>
          <w:sz w:val="26"/>
        </w:rPr>
        <w:t>Module 3 — AI Image Generation</w:t>
      </w:r>
    </w:p>
    <w:p>
      <w:r/>
    </w:p>
    <w:p>
      <w:r>
        <w:t xml:space="preserve">-  Character + location + action + camera ka structure </w:t>
      </w:r>
    </w:p>
    <w:p>
      <w:r>
        <w:t xml:space="preserve">-  Same character ko different scenes mein maintain karna </w:t>
      </w:r>
    </w:p>
    <w:p>
      <w:r>
        <w:t xml:space="preserve">-  Background/location consistency </w:t>
      </w:r>
    </w:p>
    <w:p>
      <w:r>
        <w:t xml:space="preserve">-  Close-up, wide shot, medium shot </w:t>
      </w:r>
    </w:p>
    <w:p>
      <w:r>
        <w:t xml:space="preserve">-  3D kids animation style </w:t>
      </w:r>
    </w:p>
    <w:p>
      <w:r>
        <w:t xml:space="preserve">-  Image generation mistakes ko fix karna </w:t>
      </w:r>
    </w:p>
    <w:p>
      <w:r/>
    </w:p>
    <w:p>
      <w:r>
        <w:rPr>
          <w:b/>
          <w:sz w:val="26"/>
        </w:rPr>
        <w:t>Module 4 — AI Video Generation</w:t>
      </w:r>
    </w:p>
    <w:p>
      <w:r/>
    </w:p>
    <w:p>
      <w:r>
        <w:t xml:space="preserve">-  Image ko video mein convert karna </w:t>
      </w:r>
    </w:p>
    <w:p>
      <w:r>
        <w:t xml:space="preserve">-  Image-to-video prompts </w:t>
      </w:r>
    </w:p>
    <w:p>
      <w:r>
        <w:t xml:space="preserve">-  Natural walking animation </w:t>
      </w:r>
    </w:p>
    <w:p>
      <w:r>
        <w:t xml:space="preserve">-  Hand/face/body movement </w:t>
      </w:r>
    </w:p>
    <w:p>
      <w:r>
        <w:t xml:space="preserve">-  Character consistency </w:t>
      </w:r>
    </w:p>
    <w:p>
      <w:r>
        <w:t xml:space="preserve">-  Camera movement </w:t>
      </w:r>
    </w:p>
    <w:p>
      <w:r>
        <w:t xml:space="preserve">-  Tracking shot, zoom-in, zoom-out </w:t>
      </w:r>
    </w:p>
    <w:p>
      <w:r>
        <w:t xml:space="preserve">-  Scene transitions </w:t>
      </w:r>
    </w:p>
    <w:p>
      <w:r>
        <w:t xml:space="preserve">-  Unwanted movement ko control karna </w:t>
      </w:r>
    </w:p>
    <w:p>
      <w:r/>
    </w:p>
    <w:p>
      <w:r>
        <w:rPr>
          <w:b/>
          <w:sz w:val="26"/>
        </w:rPr>
        <w:t>Module 5 — AI Song Creation — Suno AI 🎵</w:t>
      </w:r>
    </w:p>
    <w:p>
      <w:r/>
    </w:p>
    <w:p>
      <w:r>
        <w:t xml:space="preserve">-  Poem ko song lyrics mein convert karna </w:t>
      </w:r>
    </w:p>
    <w:p>
      <w:r>
        <w:t xml:space="preserve">-  Kids song ke liye suitable music style </w:t>
      </w:r>
    </w:p>
    <w:p>
      <w:r>
        <w:t xml:space="preserve">-  Happy / playful / educational music </w:t>
      </w:r>
    </w:p>
    <w:p>
      <w:r>
        <w:t xml:space="preserve">-  Male / female / child-like vocal direction </w:t>
      </w:r>
    </w:p>
    <w:p>
      <w:r>
        <w:t xml:space="preserve">-  Tempo aur mood select karna </w:t>
      </w:r>
    </w:p>
    <w:p>
      <w:r>
        <w:t xml:space="preserve">-  Intro, verse, chorus structure </w:t>
      </w:r>
    </w:p>
    <w:p>
      <w:r/>
    </w:p>
    <w:p>
      <w:r>
        <w:t>---</w:t>
      </w:r>
    </w:p>
    <w:p>
      <w:r/>
    </w:p>
    <w:p>
      <w:r>
        <w:t>---</w:t>
      </w:r>
    </w:p>
    <w:p>
      <w:r/>
    </w:p>
    <w:p>
      <w:r>
        <w:rPr>
          <w:b/>
          <w:sz w:val="26"/>
        </w:rPr>
        <w:t>Module 6 — Complete Video Editing 🎬</w:t>
      </w:r>
    </w:p>
    <w:p>
      <w:r/>
    </w:p>
    <w:p>
      <w:r>
        <w:t xml:space="preserve">-  Images/videos ko timeline par arrange karna </w:t>
      </w:r>
    </w:p>
    <w:p>
      <w:r>
        <w:t xml:space="preserve">-  Song synchronize karna </w:t>
      </w:r>
    </w:p>
    <w:p>
      <w:r>
        <w:t xml:space="preserve">-  Song add karna </w:t>
      </w:r>
    </w:p>
    <w:p>
      <w:r/>
    </w:p>
    <w:p>
      <w:r>
        <w:t>---</w:t>
      </w:r>
    </w:p>
    <w:p>
      <w:r/>
    </w:p>
    <w:p>
      <w:r>
        <w:rPr>
          <w:b/>
        </w:rPr>
        <w:t>Idea → Poem → Characters → Images → Video → Suno AI Song → Editing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